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18611" w14:textId="16CDA267" w:rsidR="00FA3FF0" w:rsidRPr="003E23E6" w:rsidRDefault="00000000" w:rsidP="003E23E6">
      <w:pPr>
        <w:pStyle w:val="Title"/>
        <w:spacing w:before="240"/>
        <w:jc w:val="center"/>
        <w:rPr>
          <w:rFonts w:asciiTheme="minorHAnsi" w:hAnsiTheme="minorHAnsi"/>
          <w:b/>
          <w:bCs/>
          <w:color w:val="0070C0"/>
          <w:sz w:val="36"/>
          <w:szCs w:val="36"/>
        </w:rPr>
      </w:pPr>
      <w:r w:rsidRPr="003E23E6">
        <w:rPr>
          <w:rFonts w:asciiTheme="minorHAnsi" w:hAnsiTheme="minorHAnsi"/>
          <w:b/>
          <w:bCs/>
          <w:color w:val="auto"/>
          <w:sz w:val="36"/>
          <w:szCs w:val="36"/>
        </w:rPr>
        <w:t xml:space="preserve">Title of the Paper (Font: </w:t>
      </w:r>
      <w:r w:rsidR="00A93B52" w:rsidRPr="003E23E6">
        <w:rPr>
          <w:rFonts w:asciiTheme="minorHAnsi" w:hAnsiTheme="minorHAnsi"/>
          <w:b/>
          <w:bCs/>
          <w:color w:val="auto"/>
          <w:sz w:val="36"/>
          <w:szCs w:val="36"/>
        </w:rPr>
        <w:t>18</w:t>
      </w:r>
      <w:r w:rsidRPr="003E23E6">
        <w:rPr>
          <w:rFonts w:asciiTheme="minorHAnsi" w:hAnsiTheme="minorHAnsi"/>
          <w:b/>
          <w:bCs/>
          <w:color w:val="auto"/>
          <w:sz w:val="36"/>
          <w:szCs w:val="36"/>
        </w:rPr>
        <w:t>pt, Bold, Centered)</w:t>
      </w:r>
    </w:p>
    <w:p w14:paraId="34F0DF7E" w14:textId="3B336451" w:rsidR="00FA3FF0" w:rsidRPr="00A93B52" w:rsidRDefault="00000000">
      <w:proofErr w:type="spellStart"/>
      <w:r w:rsidRPr="00A93B52">
        <w:rPr>
          <w:b/>
        </w:rPr>
        <w:t>Firstname</w:t>
      </w:r>
      <w:proofErr w:type="spellEnd"/>
      <w:r w:rsidRPr="00A93B52">
        <w:rPr>
          <w:b/>
        </w:rPr>
        <w:t xml:space="preserve"> Lastname</w:t>
      </w:r>
      <w:r w:rsidRPr="00A93B52">
        <w:rPr>
          <w:b/>
          <w:vertAlign w:val="superscript"/>
        </w:rPr>
        <w:t>1</w:t>
      </w:r>
      <w:r w:rsidRPr="00A93B52">
        <w:rPr>
          <w:b/>
        </w:rPr>
        <w:t xml:space="preserve">*, </w:t>
      </w:r>
      <w:proofErr w:type="spellStart"/>
      <w:r w:rsidRPr="00A93B52">
        <w:rPr>
          <w:b/>
        </w:rPr>
        <w:t>Firstname</w:t>
      </w:r>
      <w:proofErr w:type="spellEnd"/>
      <w:r w:rsidRPr="00A93B52">
        <w:rPr>
          <w:b/>
        </w:rPr>
        <w:t xml:space="preserve"> Lastname</w:t>
      </w:r>
      <w:r w:rsidRPr="00A93B52">
        <w:rPr>
          <w:b/>
          <w:vertAlign w:val="superscript"/>
        </w:rPr>
        <w:t>2</w:t>
      </w:r>
      <w:r w:rsidRPr="00A93B52">
        <w:rPr>
          <w:b/>
        </w:rPr>
        <w:t>, and Firstname Lastname</w:t>
      </w:r>
      <w:r w:rsidRPr="00A93B52">
        <w:rPr>
          <w:b/>
          <w:vertAlign w:val="superscript"/>
        </w:rPr>
        <w:t>3</w:t>
      </w:r>
      <w:r w:rsidRPr="00A93B52">
        <w:rPr>
          <w:b/>
        </w:rPr>
        <w:br/>
      </w:r>
      <w:r w:rsidRPr="00A93B52">
        <w:rPr>
          <w:vertAlign w:val="superscript"/>
        </w:rPr>
        <w:t>1</w:t>
      </w:r>
      <w:r w:rsidRPr="00A93B52">
        <w:rPr>
          <w:i/>
        </w:rPr>
        <w:t>Affiliation 1, Institution, Country; email@domain.com</w:t>
      </w:r>
      <w:r w:rsidRPr="00A93B52">
        <w:rPr>
          <w:i/>
        </w:rPr>
        <w:br/>
      </w:r>
      <w:r w:rsidRPr="00A93B52">
        <w:rPr>
          <w:vertAlign w:val="superscript"/>
        </w:rPr>
        <w:t>2</w:t>
      </w:r>
      <w:r w:rsidRPr="00A93B52">
        <w:rPr>
          <w:i/>
        </w:rPr>
        <w:t>Affiliation 2, Institution, Country; email@domain.com</w:t>
      </w:r>
      <w:r w:rsidRPr="00A93B52">
        <w:rPr>
          <w:i/>
        </w:rPr>
        <w:br/>
        <w:t>*Corresponding Author: email@domain.com</w:t>
      </w:r>
    </w:p>
    <w:p w14:paraId="6F1042A8" w14:textId="22A1DD2E"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Graphical Abstract (Optional)</w:t>
      </w:r>
    </w:p>
    <w:p w14:paraId="5DDA218A" w14:textId="77D5ACBD" w:rsidR="00FA3FF0" w:rsidRPr="00A93B52" w:rsidRDefault="00000000" w:rsidP="0069040E">
      <w:pPr>
        <w:jc w:val="both"/>
      </w:pPr>
      <w:r w:rsidRPr="00A93B52">
        <w:t xml:space="preserve">[Insert graphical abstract here, </w:t>
      </w:r>
      <w:r w:rsidR="00DF2432">
        <w:t>minimum 600dpi</w:t>
      </w:r>
      <w:r w:rsidRPr="00A93B52">
        <w:t>]</w:t>
      </w:r>
    </w:p>
    <w:p w14:paraId="14458460" w14:textId="536094E2"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Abstract (250 words max)</w:t>
      </w:r>
    </w:p>
    <w:p w14:paraId="1528F418" w14:textId="77777777" w:rsidR="00672041" w:rsidRDefault="00672041" w:rsidP="00672041">
      <w:pPr>
        <w:pStyle w:val="Heading1"/>
        <w:spacing w:before="0"/>
        <w:jc w:val="both"/>
        <w:rPr>
          <w:rFonts w:ascii="Palatino Linotype" w:eastAsiaTheme="minorEastAsia" w:hAnsi="Palatino Linotype" w:cstheme="minorBidi"/>
          <w:b w:val="0"/>
          <w:bCs w:val="0"/>
          <w:color w:val="auto"/>
          <w:sz w:val="24"/>
          <w:szCs w:val="22"/>
        </w:rPr>
      </w:pPr>
      <w:r w:rsidRPr="00672041">
        <w:rPr>
          <w:rFonts w:ascii="Palatino Linotype" w:eastAsiaTheme="minorEastAsia" w:hAnsi="Palatino Linotype" w:cstheme="minorBidi"/>
          <w:b w:val="0"/>
          <w:bCs w:val="0"/>
          <w:color w:val="auto"/>
          <w:sz w:val="24"/>
          <w:szCs w:val="22"/>
        </w:rPr>
        <w:t>The abstract should contain the aim and main results of the conducted research. References and mathematical formulas should not be cited in the abstract. The abstract should be no longer than one paragraph, a maximum of 200 words, and should be structured, for example, according to the concise IMRAD (Introduction, Methods, Result and Discussion) format but without a title. 1) Introduction - why was the study conducted and what was the research question and purpose of the research? 2) Methods - how was the study conducted and what materials were used or who was included in the study groups (patients, etc.)? Briefly describe the main methods or treatments used. 3) Results - what answer was found to the research question; What did the study find? Summarize the main findings of the article; 4) Discussion – what might the answer imply and why is it important? What are the perspectives for future research as well as the main conclusions or interpretations.</w:t>
      </w:r>
    </w:p>
    <w:p w14:paraId="173CF58D" w14:textId="27BE6356" w:rsidR="0086124F" w:rsidRDefault="000D5B16" w:rsidP="00672041">
      <w:pPr>
        <w:pStyle w:val="Heading1"/>
        <w:spacing w:before="0"/>
        <w:jc w:val="both"/>
        <w:rPr>
          <w:rFonts w:ascii="Palatino Linotype" w:hAnsi="Palatino Linotype"/>
          <w:b w:val="0"/>
          <w:bCs w:val="0"/>
          <w:color w:val="auto"/>
          <w:sz w:val="24"/>
          <w:szCs w:val="24"/>
        </w:rPr>
      </w:pPr>
      <w:r w:rsidRPr="00A93B52">
        <w:rPr>
          <w:b w:val="0"/>
          <w:noProof/>
          <w:color w:val="auto"/>
        </w:rPr>
        <mc:AlternateContent>
          <mc:Choice Requires="wps">
            <w:drawing>
              <wp:anchor distT="45720" distB="45720" distL="114300" distR="114300" simplePos="0" relativeHeight="251655680" behindDoc="0" locked="0" layoutInCell="1" allowOverlap="0" wp14:anchorId="1986B21D" wp14:editId="79369B93">
                <wp:simplePos x="0" y="0"/>
                <wp:positionH relativeFrom="column">
                  <wp:posOffset>-462832</wp:posOffset>
                </wp:positionH>
                <wp:positionV relativeFrom="page">
                  <wp:posOffset>7685102</wp:posOffset>
                </wp:positionV>
                <wp:extent cx="2200275" cy="156845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68450"/>
                        </a:xfrm>
                        <a:prstGeom prst="rect">
                          <a:avLst/>
                        </a:prstGeom>
                        <a:solidFill>
                          <a:srgbClr val="FFFFFF"/>
                        </a:solidFill>
                        <a:ln w="9525">
                          <a:solidFill>
                            <a:srgbClr val="000000"/>
                          </a:solidFill>
                          <a:miter lim="800000"/>
                          <a:headEnd/>
                          <a:tailEnd/>
                        </a:ln>
                      </wps:spPr>
                      <wps:txbx>
                        <w:txbxContent>
                          <w:p w14:paraId="0A0C70FE" w14:textId="7A20DD82" w:rsidR="0069040E" w:rsidRPr="0069040E" w:rsidRDefault="0069040E">
                            <w:pPr>
                              <w:rPr>
                                <w:sz w:val="20"/>
                                <w:szCs w:val="18"/>
                              </w:rPr>
                            </w:pPr>
                            <w:r w:rsidRPr="0069040E">
                              <w:rPr>
                                <w:sz w:val="20"/>
                                <w:szCs w:val="18"/>
                              </w:rPr>
                              <w:t>DOI: [Leave space for DOI here]</w:t>
                            </w:r>
                            <w:r w:rsidRPr="0069040E">
                              <w:rPr>
                                <w:sz w:val="20"/>
                                <w:szCs w:val="18"/>
                              </w:rPr>
                              <w:br/>
                              <w:t>Citation: To be added during production</w:t>
                            </w:r>
                            <w:r w:rsidRPr="0069040E">
                              <w:rPr>
                                <w:sz w:val="20"/>
                                <w:szCs w:val="18"/>
                              </w:rPr>
                              <w:br/>
                              <w:t xml:space="preserve">Academic Editor: </w:t>
                            </w:r>
                            <w:proofErr w:type="spellStart"/>
                            <w:r w:rsidRPr="0069040E">
                              <w:rPr>
                                <w:sz w:val="20"/>
                                <w:szCs w:val="18"/>
                              </w:rPr>
                              <w:t>Firstname</w:t>
                            </w:r>
                            <w:proofErr w:type="spellEnd"/>
                            <w:r w:rsidRPr="0069040E">
                              <w:rPr>
                                <w:sz w:val="20"/>
                                <w:szCs w:val="18"/>
                              </w:rPr>
                              <w:t xml:space="preserve"> Lastname</w:t>
                            </w:r>
                            <w:r w:rsidRPr="0069040E">
                              <w:rPr>
                                <w:sz w:val="20"/>
                                <w:szCs w:val="18"/>
                              </w:rPr>
                              <w:br/>
                              <w:t>Received: date | Revised: date | Accepted: date | Published: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6B21D" id="_x0000_t202" coordsize="21600,21600" o:spt="202" path="m,l,21600r21600,l21600,xe">
                <v:stroke joinstyle="miter"/>
                <v:path gradientshapeok="t" o:connecttype="rect"/>
              </v:shapetype>
              <v:shape id="Text Box 2" o:spid="_x0000_s1026" type="#_x0000_t202" style="position:absolute;left:0;text-align:left;margin-left:-36.45pt;margin-top:605.15pt;width:173.25pt;height:123.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" o:allowoverlap="f">
                <v:textbox>
                  <w:txbxContent>
                    <w:p w14:paraId="0A0C70FE" w14:textId="7A20DD82" w:rsidR="0069040E" w:rsidRPr="0069040E" w:rsidRDefault="0069040E">
                      <w:pPr>
                        <w:rPr>
                          <w:sz w:val="20"/>
                          <w:szCs w:val="18"/>
                        </w:rPr>
                      </w:pPr>
                      <w:r w:rsidRPr="0069040E">
                        <w:rPr>
                          <w:sz w:val="20"/>
                          <w:szCs w:val="18"/>
                        </w:rPr>
                        <w:t>DOI: [Leave space for DOI here]</w:t>
                      </w:r>
                      <w:r w:rsidRPr="0069040E">
                        <w:rPr>
                          <w:sz w:val="20"/>
                          <w:szCs w:val="18"/>
                        </w:rPr>
                        <w:br/>
                        <w:t>Citation: To be added during production</w:t>
                      </w:r>
                      <w:r w:rsidRPr="0069040E">
                        <w:rPr>
                          <w:sz w:val="20"/>
                          <w:szCs w:val="18"/>
                        </w:rPr>
                        <w:br/>
                        <w:t xml:space="preserve">Academic Editor: </w:t>
                      </w:r>
                      <w:proofErr w:type="spellStart"/>
                      <w:r w:rsidRPr="0069040E">
                        <w:rPr>
                          <w:sz w:val="20"/>
                          <w:szCs w:val="18"/>
                        </w:rPr>
                        <w:t>Firstname</w:t>
                      </w:r>
                      <w:proofErr w:type="spellEnd"/>
                      <w:r w:rsidRPr="0069040E">
                        <w:rPr>
                          <w:sz w:val="20"/>
                          <w:szCs w:val="18"/>
                        </w:rPr>
                        <w:t xml:space="preserve"> Lastname</w:t>
                      </w:r>
                      <w:r w:rsidRPr="0069040E">
                        <w:rPr>
                          <w:sz w:val="20"/>
                          <w:szCs w:val="18"/>
                        </w:rPr>
                        <w:br/>
                        <w:t>Received: date | Revised: date | Accepted: date | Published: date</w:t>
                      </w:r>
                    </w:p>
                  </w:txbxContent>
                </v:textbox>
                <w10:wrap type="square" anchory="page"/>
              </v:shape>
            </w:pict>
          </mc:Fallback>
        </mc:AlternateContent>
      </w:r>
      <w:r w:rsidRPr="00A93B52">
        <w:rPr>
          <w:rFonts w:asciiTheme="minorHAnsi" w:hAnsiTheme="minorHAnsi"/>
          <w:color w:val="auto"/>
        </w:rPr>
        <w:t>Keywords</w:t>
      </w:r>
      <w:r w:rsidR="00A93B52">
        <w:rPr>
          <w:rFonts w:asciiTheme="minorHAnsi" w:hAnsiTheme="minorHAnsi"/>
          <w:color w:val="auto"/>
        </w:rPr>
        <w:t xml:space="preserve">: </w:t>
      </w:r>
      <w:r w:rsidRPr="00A93B52">
        <w:rPr>
          <w:rFonts w:ascii="Palatino Linotype" w:hAnsi="Palatino Linotype"/>
          <w:b w:val="0"/>
          <w:bCs w:val="0"/>
          <w:color w:val="auto"/>
          <w:sz w:val="24"/>
          <w:szCs w:val="24"/>
        </w:rPr>
        <w:t>Keyword1, Keyword2, Keyword3</w:t>
      </w:r>
      <w:r w:rsidR="0086124F">
        <w:rPr>
          <w:rFonts w:ascii="Palatino Linotype" w:hAnsi="Palatino Linotype"/>
          <w:b w:val="0"/>
          <w:bCs w:val="0"/>
          <w:color w:val="auto"/>
          <w:sz w:val="24"/>
          <w:szCs w:val="24"/>
        </w:rPr>
        <w:t xml:space="preserve"> (max 5)</w:t>
      </w:r>
    </w:p>
    <w:p w14:paraId="5A58DD9D" w14:textId="77777777" w:rsidR="0086124F" w:rsidRDefault="0086124F">
      <w:pPr>
        <w:rPr>
          <w:rFonts w:eastAsiaTheme="majorEastAsia" w:cstheme="majorBidi"/>
          <w:szCs w:val="24"/>
        </w:rPr>
      </w:pPr>
      <w:r>
        <w:rPr>
          <w:b/>
          <w:bCs/>
          <w:szCs w:val="24"/>
        </w:rPr>
        <w:br w:type="page"/>
      </w:r>
    </w:p>
    <w:p w14:paraId="642F5207" w14:textId="69754918"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lastRenderedPageBreak/>
        <w:t>1. Introduction</w:t>
      </w:r>
      <w:r w:rsidR="000D5B16">
        <w:rPr>
          <w:rFonts w:asciiTheme="minorHAnsi" w:hAnsiTheme="minorHAnsi"/>
          <w:color w:val="auto"/>
        </w:rPr>
        <w:t xml:space="preserve"> (Section title, bold, font size: 14)</w:t>
      </w:r>
    </w:p>
    <w:p w14:paraId="066AD447" w14:textId="416A9E42" w:rsidR="00FA3FF0" w:rsidRPr="00A93B52" w:rsidRDefault="00000000" w:rsidP="0069040E">
      <w:pPr>
        <w:jc w:val="both"/>
      </w:pPr>
      <w:r w:rsidRPr="00A93B52">
        <w:t>The introduction should provide a comprehensive background to the research topic, briefly discussing the state of current research and identifying key gaps or unresolved questions. This section should explain why the study is important and what specific objectives or hypotheses it addresses. Include relevant citations in the form [1] or [2–4], and ensure clarity for readers from outside the specific field.</w:t>
      </w:r>
    </w:p>
    <w:p w14:paraId="4B5E5353" w14:textId="77777777"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2. Materials and Methods</w:t>
      </w:r>
    </w:p>
    <w:p w14:paraId="7CAF8572" w14:textId="77777777" w:rsidR="00FA3FF0" w:rsidRPr="00A93B52" w:rsidRDefault="00000000" w:rsidP="0069040E">
      <w:pPr>
        <w:jc w:val="both"/>
      </w:pPr>
      <w:r w:rsidRPr="00A93B52">
        <w:t>This section should detail all materials, equipment, and methods used in the study. Describe the study design, experimental procedures, and any statistical analyses. Ensure sufficient detail is provided to allow replication of the study by others. For example, specify reagent brands, instrument models, and software versions where applicable. Include ethical considerations if relevant.</w:t>
      </w:r>
    </w:p>
    <w:p w14:paraId="749F4EA3" w14:textId="77777777"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3. Results</w:t>
      </w:r>
    </w:p>
    <w:p w14:paraId="1E98B688" w14:textId="77777777" w:rsidR="00FA3FF0" w:rsidRDefault="00000000" w:rsidP="0069040E">
      <w:pPr>
        <w:jc w:val="both"/>
      </w:pPr>
      <w:r w:rsidRPr="00A93B52">
        <w:t>In the results section, present the findings clearly, with appropriate figures and tables. Highlight the most significant data first, and describe the trends and patterns observed. When reporting statistical results, include p-values, confidence intervals, and other relevant metrics. Avoid interpretation in this section, focusing on factual reporting of the data.</w:t>
      </w:r>
    </w:p>
    <w:p w14:paraId="2F469F00" w14:textId="5C81A3EC" w:rsidR="000D5B16" w:rsidRDefault="000D5B16" w:rsidP="005857CE">
      <w:pPr>
        <w:pStyle w:val="MDPI22heading2"/>
        <w:spacing w:before="240"/>
        <w:ind w:left="0"/>
        <w:rPr>
          <w:rFonts w:asciiTheme="minorHAnsi" w:hAnsiTheme="minorHAnsi"/>
          <w:noProof w:val="0"/>
          <w:sz w:val="24"/>
          <w:szCs w:val="24"/>
        </w:rPr>
      </w:pPr>
      <w:r w:rsidRPr="000D5B16">
        <w:rPr>
          <w:rFonts w:asciiTheme="minorHAnsi" w:hAnsiTheme="minorHAnsi"/>
          <w:noProof w:val="0"/>
          <w:sz w:val="24"/>
          <w:szCs w:val="24"/>
        </w:rPr>
        <w:t xml:space="preserve">3.1. </w:t>
      </w:r>
      <w:r>
        <w:rPr>
          <w:rFonts w:asciiTheme="minorHAnsi" w:hAnsiTheme="minorHAnsi"/>
          <w:noProof w:val="0"/>
          <w:sz w:val="24"/>
          <w:szCs w:val="24"/>
        </w:rPr>
        <w:t xml:space="preserve">Subsections </w:t>
      </w:r>
    </w:p>
    <w:p w14:paraId="4F6E15CB" w14:textId="0A542E84" w:rsidR="000D5B16" w:rsidRPr="000D5B16" w:rsidRDefault="000D5B16" w:rsidP="000D5B16">
      <w:pPr>
        <w:pStyle w:val="MDPI31text"/>
        <w:ind w:left="0" w:firstLine="0"/>
        <w:rPr>
          <w:sz w:val="22"/>
        </w:rPr>
      </w:pPr>
      <w:r w:rsidRPr="000D5B16">
        <w:rPr>
          <w:sz w:val="22"/>
        </w:rPr>
        <w:t>Subsections should be numbered accordingly and given in italics instead of bold, font size: 1</w:t>
      </w:r>
      <w:r>
        <w:rPr>
          <w:sz w:val="22"/>
        </w:rPr>
        <w:t>2pt</w:t>
      </w:r>
      <w:r w:rsidRPr="000D5B16">
        <w:rPr>
          <w:sz w:val="22"/>
        </w:rPr>
        <w:t>.</w:t>
      </w:r>
    </w:p>
    <w:p w14:paraId="76DDBECF" w14:textId="77777777" w:rsidR="005857CE" w:rsidRDefault="005857CE" w:rsidP="005857CE">
      <w:pPr>
        <w:pStyle w:val="MDPI31text"/>
        <w:ind w:left="0" w:firstLine="0"/>
        <w:rPr>
          <w:sz w:val="22"/>
        </w:rPr>
      </w:pPr>
      <w:r w:rsidRPr="005857CE">
        <w:rPr>
          <w:sz w:val="22"/>
        </w:rPr>
        <w:t>All figures and tables should be cited in the main text as Figure 1, Table 1, etc.</w:t>
      </w:r>
    </w:p>
    <w:p w14:paraId="06B5D36B" w14:textId="77777777" w:rsidR="005857CE" w:rsidRDefault="005857CE" w:rsidP="005857CE">
      <w:pPr>
        <w:pStyle w:val="MDPI41tablecaption"/>
        <w:ind w:left="0"/>
        <w:jc w:val="center"/>
        <w:rPr>
          <w:sz w:val="22"/>
        </w:rPr>
      </w:pPr>
      <w:r w:rsidRPr="005857CE">
        <w:rPr>
          <w:b/>
          <w:sz w:val="22"/>
        </w:rPr>
        <w:t>Table 1.</w:t>
      </w:r>
      <w:r w:rsidRPr="005857CE">
        <w:rPr>
          <w:sz w:val="22"/>
        </w:rPr>
        <w:t xml:space="preserve"> This is a table. Tables should be placed in the main text near to the first time they are cited.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52"/>
        <w:gridCol w:w="2952"/>
        <w:gridCol w:w="2952"/>
      </w:tblGrid>
      <w:tr w:rsidR="005857CE" w14:paraId="4F5B855D" w14:textId="77777777" w:rsidTr="005857CE">
        <w:trPr>
          <w:trHeight w:val="144"/>
        </w:trPr>
        <w:tc>
          <w:tcPr>
            <w:tcW w:w="2952" w:type="dxa"/>
            <w:vAlign w:val="center"/>
          </w:tcPr>
          <w:p w14:paraId="50ACC747" w14:textId="47EDB58E" w:rsidR="005857CE" w:rsidRPr="005857CE" w:rsidRDefault="005857CE" w:rsidP="005857CE">
            <w:pPr>
              <w:pStyle w:val="MDPI41tablecaption"/>
              <w:spacing w:before="0" w:after="0"/>
              <w:ind w:left="0"/>
              <w:jc w:val="center"/>
              <w:rPr>
                <w:b/>
                <w:bCs/>
                <w:sz w:val="22"/>
              </w:rPr>
            </w:pPr>
            <w:r w:rsidRPr="005857CE">
              <w:rPr>
                <w:b/>
                <w:bCs/>
                <w:sz w:val="22"/>
              </w:rPr>
              <w:t>Title 1</w:t>
            </w:r>
          </w:p>
        </w:tc>
        <w:tc>
          <w:tcPr>
            <w:tcW w:w="2952" w:type="dxa"/>
            <w:vAlign w:val="center"/>
          </w:tcPr>
          <w:p w14:paraId="0F65C244" w14:textId="31BB27B0" w:rsidR="005857CE" w:rsidRPr="005857CE" w:rsidRDefault="005857CE" w:rsidP="005857CE">
            <w:pPr>
              <w:pStyle w:val="MDPI41tablecaption"/>
              <w:spacing w:before="0" w:after="0"/>
              <w:ind w:left="0"/>
              <w:jc w:val="center"/>
              <w:rPr>
                <w:b/>
                <w:bCs/>
                <w:sz w:val="22"/>
              </w:rPr>
            </w:pPr>
            <w:r w:rsidRPr="005857CE">
              <w:rPr>
                <w:b/>
                <w:bCs/>
                <w:sz w:val="22"/>
              </w:rPr>
              <w:t>Dataset 1</w:t>
            </w:r>
          </w:p>
        </w:tc>
        <w:tc>
          <w:tcPr>
            <w:tcW w:w="2952" w:type="dxa"/>
            <w:vAlign w:val="center"/>
          </w:tcPr>
          <w:p w14:paraId="4DDA6B84" w14:textId="5907737D" w:rsidR="005857CE" w:rsidRPr="005857CE" w:rsidRDefault="005857CE" w:rsidP="005857CE">
            <w:pPr>
              <w:pStyle w:val="MDPI41tablecaption"/>
              <w:spacing w:before="0" w:after="0"/>
              <w:ind w:left="0"/>
              <w:jc w:val="center"/>
              <w:rPr>
                <w:b/>
                <w:bCs/>
                <w:sz w:val="22"/>
              </w:rPr>
            </w:pPr>
            <w:r w:rsidRPr="005857CE">
              <w:rPr>
                <w:b/>
                <w:bCs/>
                <w:sz w:val="22"/>
              </w:rPr>
              <w:t>Dataset 2</w:t>
            </w:r>
          </w:p>
        </w:tc>
      </w:tr>
      <w:tr w:rsidR="005857CE" w14:paraId="560D72F0" w14:textId="77777777" w:rsidTr="005857CE">
        <w:trPr>
          <w:trHeight w:val="144"/>
        </w:trPr>
        <w:tc>
          <w:tcPr>
            <w:tcW w:w="2952" w:type="dxa"/>
            <w:vAlign w:val="center"/>
          </w:tcPr>
          <w:p w14:paraId="05181588" w14:textId="37D532BC" w:rsidR="005857CE" w:rsidRDefault="005857CE" w:rsidP="005857CE">
            <w:pPr>
              <w:pStyle w:val="MDPI41tablecaption"/>
              <w:spacing w:before="0" w:after="0"/>
              <w:ind w:left="0"/>
              <w:jc w:val="center"/>
              <w:rPr>
                <w:sz w:val="22"/>
              </w:rPr>
            </w:pPr>
            <w:r>
              <w:rPr>
                <w:sz w:val="22"/>
              </w:rPr>
              <w:t>Sample 1</w:t>
            </w:r>
          </w:p>
        </w:tc>
        <w:tc>
          <w:tcPr>
            <w:tcW w:w="2952" w:type="dxa"/>
            <w:vAlign w:val="center"/>
          </w:tcPr>
          <w:p w14:paraId="07FEC698" w14:textId="3F5B8BC8" w:rsidR="005857CE" w:rsidRDefault="005857CE" w:rsidP="005857CE">
            <w:pPr>
              <w:pStyle w:val="MDPI41tablecaption"/>
              <w:spacing w:before="0" w:after="0"/>
              <w:ind w:left="0"/>
              <w:jc w:val="center"/>
              <w:rPr>
                <w:sz w:val="22"/>
              </w:rPr>
            </w:pPr>
            <w:r>
              <w:rPr>
                <w:sz w:val="22"/>
              </w:rPr>
              <w:t>Data</w:t>
            </w:r>
          </w:p>
        </w:tc>
        <w:tc>
          <w:tcPr>
            <w:tcW w:w="2952" w:type="dxa"/>
            <w:vAlign w:val="center"/>
          </w:tcPr>
          <w:p w14:paraId="541573EF" w14:textId="549CF472" w:rsidR="005857CE" w:rsidRDefault="005857CE" w:rsidP="005857CE">
            <w:pPr>
              <w:pStyle w:val="MDPI41tablecaption"/>
              <w:spacing w:before="0" w:after="0"/>
              <w:ind w:left="0"/>
              <w:jc w:val="center"/>
              <w:rPr>
                <w:sz w:val="22"/>
              </w:rPr>
            </w:pPr>
            <w:r>
              <w:rPr>
                <w:sz w:val="22"/>
              </w:rPr>
              <w:t>Data</w:t>
            </w:r>
          </w:p>
        </w:tc>
      </w:tr>
      <w:tr w:rsidR="005857CE" w14:paraId="34F7CDC3" w14:textId="77777777" w:rsidTr="005857CE">
        <w:trPr>
          <w:trHeight w:val="144"/>
        </w:trPr>
        <w:tc>
          <w:tcPr>
            <w:tcW w:w="2952" w:type="dxa"/>
            <w:vAlign w:val="center"/>
          </w:tcPr>
          <w:p w14:paraId="5CFF363B" w14:textId="79C95157" w:rsidR="005857CE" w:rsidRDefault="005857CE" w:rsidP="005857CE">
            <w:pPr>
              <w:pStyle w:val="MDPI41tablecaption"/>
              <w:spacing w:before="0" w:after="0"/>
              <w:ind w:left="0"/>
              <w:jc w:val="center"/>
              <w:rPr>
                <w:sz w:val="22"/>
              </w:rPr>
            </w:pPr>
            <w:r>
              <w:rPr>
                <w:sz w:val="22"/>
              </w:rPr>
              <w:t>Sample 2</w:t>
            </w:r>
          </w:p>
        </w:tc>
        <w:tc>
          <w:tcPr>
            <w:tcW w:w="2952" w:type="dxa"/>
            <w:vAlign w:val="center"/>
          </w:tcPr>
          <w:p w14:paraId="45D0557E" w14:textId="0232F86C" w:rsidR="005857CE" w:rsidRDefault="005857CE" w:rsidP="005857CE">
            <w:pPr>
              <w:pStyle w:val="MDPI41tablecaption"/>
              <w:spacing w:before="0" w:after="0"/>
              <w:ind w:left="0"/>
              <w:jc w:val="center"/>
              <w:rPr>
                <w:sz w:val="22"/>
              </w:rPr>
            </w:pPr>
            <w:r>
              <w:rPr>
                <w:sz w:val="22"/>
              </w:rPr>
              <w:t>Data</w:t>
            </w:r>
          </w:p>
        </w:tc>
        <w:tc>
          <w:tcPr>
            <w:tcW w:w="2952" w:type="dxa"/>
            <w:vAlign w:val="center"/>
          </w:tcPr>
          <w:p w14:paraId="646C975E" w14:textId="2BC28356" w:rsidR="005857CE" w:rsidRDefault="005857CE" w:rsidP="005857CE">
            <w:pPr>
              <w:pStyle w:val="MDPI41tablecaption"/>
              <w:spacing w:before="0" w:after="0"/>
              <w:ind w:left="0"/>
              <w:jc w:val="center"/>
              <w:rPr>
                <w:sz w:val="22"/>
              </w:rPr>
            </w:pPr>
            <w:r>
              <w:rPr>
                <w:sz w:val="22"/>
              </w:rPr>
              <w:t>Data</w:t>
            </w:r>
            <w:r w:rsidRPr="005857CE">
              <w:rPr>
                <w:sz w:val="22"/>
                <w:vertAlign w:val="superscript"/>
              </w:rPr>
              <w:t>1</w:t>
            </w:r>
          </w:p>
        </w:tc>
      </w:tr>
    </w:tbl>
    <w:p w14:paraId="087C6E24" w14:textId="68D76210" w:rsidR="005857CE" w:rsidRPr="005857CE" w:rsidRDefault="005857CE" w:rsidP="005857CE">
      <w:pPr>
        <w:pStyle w:val="MDPI43tablefooter"/>
        <w:ind w:left="0"/>
        <w:rPr>
          <w:sz w:val="22"/>
        </w:rPr>
      </w:pPr>
      <w:r w:rsidRPr="005857CE">
        <w:rPr>
          <w:sz w:val="22"/>
          <w:vertAlign w:val="superscript"/>
        </w:rPr>
        <w:t>1</w:t>
      </w:r>
      <w:r w:rsidRPr="005857CE">
        <w:rPr>
          <w:sz w:val="22"/>
        </w:rPr>
        <w:t>Tables may have a footer.</w:t>
      </w:r>
    </w:p>
    <w:p w14:paraId="2BD0DCDD" w14:textId="77777777" w:rsidR="005857CE" w:rsidRPr="005857CE" w:rsidRDefault="005857CE" w:rsidP="005857CE">
      <w:pPr>
        <w:pStyle w:val="MDPI31text"/>
        <w:ind w:left="0" w:firstLine="0"/>
        <w:rPr>
          <w:sz w:val="22"/>
        </w:rPr>
      </w:pPr>
    </w:p>
    <w:p w14:paraId="33EE0628" w14:textId="582E088A" w:rsidR="005857CE" w:rsidRPr="005857CE" w:rsidRDefault="005857CE" w:rsidP="005857CE">
      <w:pPr>
        <w:pStyle w:val="MDPI52figure"/>
        <w:rPr>
          <w:b/>
          <w:sz w:val="22"/>
          <w:szCs w:val="22"/>
        </w:rPr>
      </w:pPr>
      <w:r>
        <w:rPr>
          <w:b/>
          <w:noProof/>
          <w:sz w:val="22"/>
          <w:szCs w:val="22"/>
        </w:rPr>
        <w:lastRenderedPageBreak/>
        <w:drawing>
          <wp:inline distT="0" distB="0" distL="0" distR="0" wp14:anchorId="2C341F02" wp14:editId="6D209A80">
            <wp:extent cx="2576223" cy="2576223"/>
            <wp:effectExtent l="0" t="0" r="0" b="0"/>
            <wp:docPr id="1341449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6223" cy="2576223"/>
                    </a:xfrm>
                    <a:prstGeom prst="rect">
                      <a:avLst/>
                    </a:prstGeom>
                    <a:noFill/>
                  </pic:spPr>
                </pic:pic>
              </a:graphicData>
            </a:graphic>
          </wp:inline>
        </w:drawing>
      </w:r>
    </w:p>
    <w:p w14:paraId="4D6F0938" w14:textId="77777777" w:rsidR="005857CE" w:rsidRPr="005857CE" w:rsidRDefault="005857CE" w:rsidP="005857CE">
      <w:pPr>
        <w:pStyle w:val="MDPI51figurecaption"/>
        <w:ind w:left="0"/>
        <w:jc w:val="center"/>
        <w:rPr>
          <w:sz w:val="22"/>
          <w:szCs w:val="22"/>
        </w:rPr>
      </w:pPr>
      <w:r w:rsidRPr="005857CE">
        <w:rPr>
          <w:b/>
          <w:sz w:val="22"/>
          <w:szCs w:val="22"/>
        </w:rPr>
        <w:t xml:space="preserve">Figure 1. </w:t>
      </w:r>
      <w:r w:rsidRPr="005857CE">
        <w:rPr>
          <w:sz w:val="22"/>
          <w:szCs w:val="22"/>
        </w:rPr>
        <w:t>This is a figure. Schemes follow the same formatting.</w:t>
      </w:r>
    </w:p>
    <w:p w14:paraId="7F81ED88" w14:textId="42F66B97" w:rsidR="00A93B52" w:rsidRPr="00A93B52" w:rsidRDefault="00A93B52" w:rsidP="00A93B52">
      <w:pPr>
        <w:jc w:val="both"/>
      </w:pPr>
      <w:r w:rsidRPr="00A93B52">
        <w:t xml:space="preserve">The equations are written in </w:t>
      </w:r>
      <w:proofErr w:type="spellStart"/>
      <w:r w:rsidRPr="00A93B52">
        <w:t>MathType</w:t>
      </w:r>
      <w:proofErr w:type="spellEnd"/>
      <w:r w:rsidRPr="00A93B52">
        <w:t>, with consecutive numbering and centered:</w:t>
      </w:r>
    </w:p>
    <w:p w14:paraId="79D17815" w14:textId="4E7926CA" w:rsidR="00A93B52" w:rsidRDefault="00A93B52" w:rsidP="00A93B52">
      <w:pPr>
        <w:jc w:val="right"/>
      </w:pPr>
      <w:r w:rsidRPr="00A93B52">
        <w:rPr>
          <w:position w:val="-10"/>
          <w:sz w:val="32"/>
          <w:szCs w:val="28"/>
        </w:rPr>
        <w:object w:dxaOrig="2360" w:dyaOrig="320" w14:anchorId="29292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20.05pt" o:ole="">
            <v:imagedata r:id="rId9" o:title=""/>
          </v:shape>
          <o:OLEObject Type="Embed" ProgID="Equation.DSMT4" ShapeID="_x0000_i1025" DrawAspect="Content" ObjectID="_1789591276" r:id="rId10"/>
        </w:object>
      </w:r>
      <w:r w:rsidRPr="00A93B52">
        <w:rPr>
          <w:sz w:val="32"/>
          <w:szCs w:val="28"/>
        </w:rPr>
        <w:tab/>
      </w:r>
      <w:r>
        <w:tab/>
      </w:r>
      <w:r>
        <w:tab/>
      </w:r>
      <w:r>
        <w:tab/>
      </w:r>
      <w:r w:rsidRPr="004B53C6">
        <w:t>(1)</w:t>
      </w:r>
    </w:p>
    <w:p w14:paraId="4BC782DD" w14:textId="77777777"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4. Discussion</w:t>
      </w:r>
    </w:p>
    <w:p w14:paraId="3FF43665" w14:textId="3D6F2EB2" w:rsidR="00FA3FF0" w:rsidRPr="00A93B52" w:rsidRDefault="00000000" w:rsidP="0069040E">
      <w:pPr>
        <w:jc w:val="both"/>
      </w:pPr>
      <w:r w:rsidRPr="00A93B52">
        <w:t xml:space="preserve">The discussion should interpret the findings in relation to the study’s objectives and compare them to previous research. Identify any limitations of the study and suggest possible future research directions. Consider the broader implications of the </w:t>
      </w:r>
      <w:r w:rsidR="005857CE" w:rsidRPr="00A93B52">
        <w:t>results and</w:t>
      </w:r>
      <w:r w:rsidRPr="00A93B52">
        <w:t xml:space="preserve"> avoid restating results already mentioned.</w:t>
      </w:r>
      <w:r w:rsidR="005857CE">
        <w:t xml:space="preserve"> This section can be incorporated in Results section if appropriate.</w:t>
      </w:r>
    </w:p>
    <w:p w14:paraId="16D79FEE" w14:textId="77777777"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5. Conclusion</w:t>
      </w:r>
    </w:p>
    <w:p w14:paraId="691F1BC4" w14:textId="77777777" w:rsidR="00FA3FF0" w:rsidRPr="00A93B52" w:rsidRDefault="00000000" w:rsidP="0069040E">
      <w:pPr>
        <w:jc w:val="both"/>
      </w:pPr>
      <w:r w:rsidRPr="00A93B52">
        <w:t>Summarize the key findings of the study and their implications. The conclusion should be concise, clearly answering the research questions posed in the introduction. Avoid introducing new information or findings in this section.</w:t>
      </w:r>
    </w:p>
    <w:p w14:paraId="24EA91AF" w14:textId="77777777" w:rsidR="005857CE" w:rsidRDefault="005857CE" w:rsidP="005857CE">
      <w:pPr>
        <w:spacing w:line="240" w:lineRule="auto"/>
        <w:jc w:val="both"/>
        <w:rPr>
          <w:sz w:val="20"/>
          <w:szCs w:val="18"/>
        </w:rPr>
      </w:pPr>
      <w:r w:rsidRPr="005857CE">
        <w:rPr>
          <w:b/>
          <w:bCs/>
          <w:sz w:val="20"/>
          <w:szCs w:val="18"/>
        </w:rPr>
        <w:t>Author Contributions:</w:t>
      </w:r>
      <w:r w:rsidRPr="005857CE">
        <w:rPr>
          <w:sz w:val="20"/>
          <w:szCs w:val="18"/>
        </w:rPr>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w:t>
      </w:r>
      <w:hyperlink r:id="rId11" w:history="1">
        <w:proofErr w:type="spellStart"/>
        <w:r w:rsidRPr="005857CE">
          <w:rPr>
            <w:sz w:val="20"/>
            <w:szCs w:val="18"/>
          </w:rPr>
          <w:t>CRediT</w:t>
        </w:r>
        <w:proofErr w:type="spellEnd"/>
        <w:r w:rsidRPr="005857CE">
          <w:rPr>
            <w:sz w:val="20"/>
            <w:szCs w:val="18"/>
          </w:rPr>
          <w:t xml:space="preserve"> taxonomy</w:t>
        </w:r>
      </w:hyperlink>
      <w:r w:rsidRPr="005857CE">
        <w:rPr>
          <w:sz w:val="20"/>
          <w:szCs w:val="18"/>
        </w:rPr>
        <w:t xml:space="preserve"> for </w:t>
      </w:r>
      <w:r w:rsidRPr="005857CE">
        <w:rPr>
          <w:sz w:val="20"/>
          <w:szCs w:val="18"/>
        </w:rPr>
        <w:lastRenderedPageBreak/>
        <w:t>the term explanation. Authorship must be limited to those who have contributed substantially to the work reported.</w:t>
      </w:r>
    </w:p>
    <w:p w14:paraId="18DEA9BD" w14:textId="2769AE98" w:rsidR="00676676" w:rsidRPr="00412ECE" w:rsidRDefault="00412ECE" w:rsidP="00412ECE">
      <w:pPr>
        <w:spacing w:line="240" w:lineRule="auto"/>
        <w:jc w:val="both"/>
        <w:rPr>
          <w:b/>
          <w:bCs/>
          <w:sz w:val="20"/>
          <w:szCs w:val="18"/>
        </w:rPr>
      </w:pPr>
      <w:r>
        <w:rPr>
          <w:b/>
          <w:bCs/>
          <w:sz w:val="20"/>
          <w:szCs w:val="18"/>
        </w:rPr>
        <w:t>Fu</w:t>
      </w:r>
      <w:r w:rsidR="00676676" w:rsidRPr="00412ECE">
        <w:rPr>
          <w:b/>
          <w:bCs/>
          <w:sz w:val="20"/>
          <w:szCs w:val="18"/>
        </w:rPr>
        <w:t>nding</w:t>
      </w:r>
      <w:r>
        <w:rPr>
          <w:b/>
          <w:bCs/>
          <w:sz w:val="20"/>
          <w:szCs w:val="18"/>
        </w:rPr>
        <w:t xml:space="preserve">: </w:t>
      </w:r>
      <w:r w:rsidR="00676676" w:rsidRPr="00412ECE">
        <w:rPr>
          <w:sz w:val="20"/>
          <w:szCs w:val="18"/>
        </w:rPr>
        <w:t>Add funding sources for this research. If this research is not financially supported, state that the research did not receive external funding.</w:t>
      </w:r>
    </w:p>
    <w:p w14:paraId="2C387DB4" w14:textId="77777777" w:rsidR="000D5B16" w:rsidRPr="000D5B16" w:rsidRDefault="000D5B16" w:rsidP="000D5B16">
      <w:pPr>
        <w:spacing w:line="240" w:lineRule="auto"/>
        <w:jc w:val="both"/>
        <w:rPr>
          <w:sz w:val="20"/>
          <w:szCs w:val="18"/>
        </w:rPr>
      </w:pPr>
      <w:r w:rsidRPr="000D5B16">
        <w:rPr>
          <w:b/>
          <w:bCs/>
          <w:sz w:val="20"/>
          <w:szCs w:val="18"/>
        </w:rPr>
        <w:t>Acknowledgments:</w:t>
      </w:r>
      <w:r w:rsidRPr="000D5B16">
        <w:rPr>
          <w:sz w:val="20"/>
          <w:szCs w:val="18"/>
        </w:rPr>
        <w:t xml:space="preserve"> In this section, you can acknowledge any support given which is not covered by the author contribution or funding sections. This may include administrative and technical support, or donations in kind (e.g., materials used for experiments).</w:t>
      </w:r>
    </w:p>
    <w:p w14:paraId="5A42283A" w14:textId="0E3B2AC6" w:rsidR="005857CE" w:rsidRPr="000D5B16" w:rsidRDefault="000D5B16" w:rsidP="000D5B16">
      <w:pPr>
        <w:spacing w:line="240" w:lineRule="auto"/>
        <w:jc w:val="both"/>
        <w:rPr>
          <w:sz w:val="20"/>
          <w:szCs w:val="18"/>
        </w:rPr>
      </w:pPr>
      <w:r w:rsidRPr="000D5B16">
        <w:rPr>
          <w:b/>
          <w:bCs/>
          <w:sz w:val="20"/>
          <w:szCs w:val="18"/>
        </w:rPr>
        <w:t>Conflicts of Interest:</w:t>
      </w:r>
      <w:r w:rsidRPr="000D5B16">
        <w:rPr>
          <w:sz w:val="20"/>
          <w:szCs w:val="18"/>
        </w:rPr>
        <w:t xml:space="preserve"> Declare conflicts of interest or state “The authors declare no conflicts of interest.”</w:t>
      </w:r>
    </w:p>
    <w:p w14:paraId="697911C8" w14:textId="6B73F31A" w:rsidR="00FA3FF0" w:rsidRPr="00A93B52" w:rsidRDefault="00000000" w:rsidP="0069040E">
      <w:pPr>
        <w:pStyle w:val="Heading1"/>
        <w:jc w:val="both"/>
        <w:rPr>
          <w:rFonts w:asciiTheme="minorHAnsi" w:hAnsiTheme="minorHAnsi"/>
          <w:color w:val="auto"/>
        </w:rPr>
      </w:pPr>
      <w:r w:rsidRPr="00A93B52">
        <w:rPr>
          <w:rFonts w:asciiTheme="minorHAnsi" w:hAnsiTheme="minorHAnsi"/>
          <w:color w:val="auto"/>
        </w:rPr>
        <w:t>References (APA format)</w:t>
      </w:r>
    </w:p>
    <w:p w14:paraId="4BC9DC8F" w14:textId="77777777" w:rsidR="00961BD1" w:rsidRDefault="00961BD1" w:rsidP="00961BD1">
      <w:pPr>
        <w:jc w:val="both"/>
      </w:pPr>
      <w:r>
        <w:t xml:space="preserve">References must be numbered with numbers in square brackets </w:t>
      </w:r>
      <w:proofErr w:type="gramStart"/>
      <w:r>
        <w:t>[ ]</w:t>
      </w:r>
      <w:proofErr w:type="gramEnd"/>
      <w:r>
        <w:t xml:space="preserve"> - </w:t>
      </w:r>
      <w:proofErr w:type="spellStart"/>
      <w:r>
        <w:t>eg.</w:t>
      </w:r>
      <w:proofErr w:type="spellEnd"/>
      <w:r>
        <w:t xml:space="preserve"> [1] or [2,3] or [4–6], in order of appearance in the text as well as in the final bibliography. We recommend that you prepare your references using a bibliography software package. It is also necessary to include the Digital Object Identifier (DOI) for all references where available. Examples of the layout to be used in the reference list:</w:t>
      </w:r>
    </w:p>
    <w:p w14:paraId="39D08108" w14:textId="77777777" w:rsidR="00961BD1" w:rsidRDefault="00961BD1" w:rsidP="00961BD1">
      <w:pPr>
        <w:jc w:val="both"/>
      </w:pPr>
      <w:r>
        <w:t>[1] Article (all authors must be mentioned): Author 1, A.B.; Author 2, C.D. Title of the article. Abbreviated Journal Name Year, Volume, page range.</w:t>
      </w:r>
    </w:p>
    <w:p w14:paraId="14E1D9E3" w14:textId="77777777" w:rsidR="00961BD1" w:rsidRDefault="00961BD1" w:rsidP="00961BD1">
      <w:pPr>
        <w:jc w:val="both"/>
      </w:pPr>
      <w:r>
        <w:t>[2] Chapter in a book: Author 1, A.; Author 2, B. Title of the chapter. In Book Title, 2nd ed.; Editor 1, A., Editor 2, B., Eds.; Publisher: Publisher Location, Country, 2007; Volume 3, pp.154–196.</w:t>
      </w:r>
    </w:p>
    <w:p w14:paraId="72633C29" w14:textId="77777777" w:rsidR="00961BD1" w:rsidRDefault="00961BD1" w:rsidP="00961BD1">
      <w:pPr>
        <w:jc w:val="both"/>
      </w:pPr>
      <w:r>
        <w:t>[3] Book: Author 1, A.; Author 2, B. Book Title, 3rd ed.; Publisher: Publisher Location, Country, 2008; pp. 154–196.</w:t>
      </w:r>
    </w:p>
    <w:p w14:paraId="201239E6" w14:textId="77777777" w:rsidR="00961BD1" w:rsidRDefault="00961BD1" w:rsidP="00961BD1">
      <w:pPr>
        <w:jc w:val="both"/>
      </w:pPr>
      <w:r>
        <w:t>[4] Conference paper: Author 1, A.B.; Author 2, C.D.; Author 3, E.F. Title of Presentation. In Proceedings of the Name of the Conference, Location of Conference, Country, Date of Conference (Day Month Year)</w:t>
      </w:r>
    </w:p>
    <w:p w14:paraId="64AC0EDB" w14:textId="25160328" w:rsidR="00FA3FF0" w:rsidRPr="00A93B52" w:rsidRDefault="00961BD1" w:rsidP="00961BD1">
      <w:pPr>
        <w:jc w:val="both"/>
      </w:pPr>
      <w:r>
        <w:t>[5] Internet page: Title of Site. Available online: URL (accessed on Day Month Year).</w:t>
      </w:r>
    </w:p>
    <w:sectPr w:rsidR="00FA3FF0" w:rsidRPr="00A93B52" w:rsidSect="00963F80">
      <w:headerReference w:type="default" r:id="rId12"/>
      <w:footerReference w:type="default" r:id="rId13"/>
      <w:pgSz w:w="12240" w:h="15840" w:code="1"/>
      <w:pgMar w:top="1440" w:right="1800" w:bottom="1440" w:left="180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38898" w14:textId="77777777" w:rsidR="00004F6B" w:rsidRDefault="00004F6B">
      <w:pPr>
        <w:spacing w:after="0" w:line="240" w:lineRule="auto"/>
      </w:pPr>
      <w:r>
        <w:separator/>
      </w:r>
    </w:p>
  </w:endnote>
  <w:endnote w:type="continuationSeparator" w:id="0">
    <w:p w14:paraId="0E3EA0C9" w14:textId="77777777" w:rsidR="00004F6B" w:rsidRDefault="0000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3C8E6" w14:textId="6803A2B9" w:rsidR="00FA3FF0" w:rsidRPr="0069040E" w:rsidRDefault="00000000" w:rsidP="00111D3C">
    <w:pPr>
      <w:pStyle w:val="Footer"/>
      <w:ind w:left="-432"/>
      <w:rPr>
        <w:i/>
        <w:iCs/>
        <w:u w:val="single"/>
      </w:rPr>
    </w:pPr>
    <w:r w:rsidRPr="0069040E">
      <w:rPr>
        <w:i/>
        <w:iCs/>
        <w:u w:val="single"/>
      </w:rPr>
      <w:t xml:space="preserve">Journal of Bioengineering and Biomedical Sciences </w:t>
    </w:r>
    <w:r w:rsidR="0069040E" w:rsidRPr="0069040E">
      <w:rPr>
        <w:i/>
        <w:iCs/>
        <w:u w:val="single"/>
      </w:rPr>
      <w:tab/>
    </w:r>
    <w:r w:rsidR="00111D3C">
      <w:rPr>
        <w:i/>
        <w:iCs/>
        <w:u w:val="single"/>
      </w:rPr>
      <w:tab/>
    </w:r>
    <w:r w:rsidRPr="0069040E">
      <w:rPr>
        <w:i/>
        <w:iCs/>
        <w:u w:val="single"/>
      </w:rPr>
      <w:t>www.jbibis.kg.ac.rs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BCE55" w14:textId="77777777" w:rsidR="00004F6B" w:rsidRDefault="00004F6B">
      <w:pPr>
        <w:spacing w:after="0" w:line="240" w:lineRule="auto"/>
      </w:pPr>
      <w:r>
        <w:separator/>
      </w:r>
    </w:p>
  </w:footnote>
  <w:footnote w:type="continuationSeparator" w:id="0">
    <w:p w14:paraId="59B36DC3" w14:textId="77777777" w:rsidR="00004F6B" w:rsidRDefault="00004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AE92F" w14:textId="55A0191C" w:rsidR="00FA3FF0" w:rsidRPr="007A0383" w:rsidRDefault="00111D3C" w:rsidP="0064036B">
    <w:pPr>
      <w:pStyle w:val="Header"/>
      <w:ind w:left="-720" w:right="288"/>
      <w:rPr>
        <w:szCs w:val="24"/>
      </w:rPr>
    </w:pPr>
    <w:r>
      <w:rPr>
        <w:noProof/>
      </w:rPr>
      <mc:AlternateContent>
        <mc:Choice Requires="wps">
          <w:drawing>
            <wp:anchor distT="0" distB="0" distL="114300" distR="114300" simplePos="0" relativeHeight="251665920" behindDoc="0" locked="0" layoutInCell="1" allowOverlap="1" wp14:anchorId="00018436" wp14:editId="3E9DA628">
              <wp:simplePos x="0" y="0"/>
              <wp:positionH relativeFrom="column">
                <wp:posOffset>-440662</wp:posOffset>
              </wp:positionH>
              <wp:positionV relativeFrom="paragraph">
                <wp:posOffset>571914</wp:posOffset>
              </wp:positionV>
              <wp:extent cx="6376946" cy="0"/>
              <wp:effectExtent l="0" t="0" r="0" b="0"/>
              <wp:wrapNone/>
              <wp:docPr id="2074195147" name="Straight Connector 5"/>
              <wp:cNvGraphicFramePr/>
              <a:graphic xmlns:a="http://schemas.openxmlformats.org/drawingml/2006/main">
                <a:graphicData uri="http://schemas.microsoft.com/office/word/2010/wordprocessingShape">
                  <wps:wsp>
                    <wps:cNvCnPr/>
                    <wps:spPr>
                      <a:xfrm>
                        <a:off x="0" y="0"/>
                        <a:ext cx="637694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861C23"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34.7pt,45.05pt" to="467.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" strokecolor="black [3040]"/>
          </w:pict>
        </mc:Fallback>
      </mc:AlternateContent>
    </w:r>
    <w:r w:rsidR="007A0383">
      <w:rPr>
        <w:noProof/>
      </w:rPr>
      <w:drawing>
        <wp:inline distT="0" distB="0" distL="0" distR="0" wp14:anchorId="593D3A33" wp14:editId="319A42BC">
          <wp:extent cx="2319294" cy="513218"/>
          <wp:effectExtent l="0" t="0" r="5080" b="1270"/>
          <wp:docPr id="1709993593" name="Picture 4" descr="Journal of Bioengineering and Biomolecula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rnal of Bioengineering and Biomolecular Sci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4822" cy="565336"/>
                  </a:xfrm>
                  <a:prstGeom prst="rect">
                    <a:avLst/>
                  </a:prstGeom>
                  <a:noFill/>
                  <a:ln>
                    <a:noFill/>
                  </a:ln>
                </pic:spPr>
              </pic:pic>
            </a:graphicData>
          </a:graphic>
        </wp:inline>
      </w:drawing>
    </w:r>
    <w:r w:rsidR="007A0383" w:rsidRPr="007A0383">
      <w:rPr>
        <w:szCs w:val="24"/>
      </w:rPr>
      <w:tab/>
    </w:r>
    <w:r w:rsidR="0064036B">
      <w:rPr>
        <w:szCs w:val="24"/>
      </w:rPr>
      <w:tab/>
    </w:r>
    <w:sdt>
      <w:sdtPr>
        <w:rPr>
          <w:szCs w:val="24"/>
        </w:rPr>
        <w:id w:val="-1631013815"/>
        <w:docPartObj>
          <w:docPartGallery w:val="Page Numbers (Top of Page)"/>
          <w:docPartUnique/>
        </w:docPartObj>
      </w:sdtPr>
      <w:sdtEndPr>
        <w:rPr>
          <w:noProof/>
        </w:rPr>
      </w:sdtEndPr>
      <w:sdtContent>
        <w:r w:rsidR="0069040E" w:rsidRPr="007A0383">
          <w:rPr>
            <w:szCs w:val="24"/>
          </w:rPr>
          <w:fldChar w:fldCharType="begin"/>
        </w:r>
        <w:r w:rsidR="0069040E" w:rsidRPr="007A0383">
          <w:rPr>
            <w:szCs w:val="24"/>
          </w:rPr>
          <w:instrText xml:space="preserve"> PAGE   \* MERGEFORMAT </w:instrText>
        </w:r>
        <w:r w:rsidR="0069040E" w:rsidRPr="007A0383">
          <w:rPr>
            <w:szCs w:val="24"/>
          </w:rPr>
          <w:fldChar w:fldCharType="separate"/>
        </w:r>
        <w:r w:rsidR="0069040E" w:rsidRPr="007A0383">
          <w:rPr>
            <w:noProof/>
            <w:szCs w:val="24"/>
          </w:rPr>
          <w:t>2</w:t>
        </w:r>
        <w:r w:rsidR="0069040E" w:rsidRPr="007A0383">
          <w:rPr>
            <w:noProof/>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68918141">
    <w:abstractNumId w:val="8"/>
  </w:num>
  <w:num w:numId="2" w16cid:durableId="1173105695">
    <w:abstractNumId w:val="6"/>
  </w:num>
  <w:num w:numId="3" w16cid:durableId="1056658240">
    <w:abstractNumId w:val="5"/>
  </w:num>
  <w:num w:numId="4" w16cid:durableId="199124102">
    <w:abstractNumId w:val="4"/>
  </w:num>
  <w:num w:numId="5" w16cid:durableId="580220430">
    <w:abstractNumId w:val="7"/>
  </w:num>
  <w:num w:numId="6" w16cid:durableId="752698734">
    <w:abstractNumId w:val="3"/>
  </w:num>
  <w:num w:numId="7" w16cid:durableId="90401200">
    <w:abstractNumId w:val="2"/>
  </w:num>
  <w:num w:numId="8" w16cid:durableId="2113816247">
    <w:abstractNumId w:val="1"/>
  </w:num>
  <w:num w:numId="9" w16cid:durableId="35010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F6B"/>
    <w:rsid w:val="00034616"/>
    <w:rsid w:val="0006063C"/>
    <w:rsid w:val="000D5B16"/>
    <w:rsid w:val="00111D3C"/>
    <w:rsid w:val="0015074B"/>
    <w:rsid w:val="0029639D"/>
    <w:rsid w:val="00326F90"/>
    <w:rsid w:val="0033397A"/>
    <w:rsid w:val="003E23E6"/>
    <w:rsid w:val="00412ECE"/>
    <w:rsid w:val="005857CE"/>
    <w:rsid w:val="0064036B"/>
    <w:rsid w:val="00672041"/>
    <w:rsid w:val="00676676"/>
    <w:rsid w:val="0069040E"/>
    <w:rsid w:val="006D058B"/>
    <w:rsid w:val="007A0383"/>
    <w:rsid w:val="0086124F"/>
    <w:rsid w:val="00961BD1"/>
    <w:rsid w:val="00963F80"/>
    <w:rsid w:val="00A93B52"/>
    <w:rsid w:val="00AA1D8D"/>
    <w:rsid w:val="00AE5CD3"/>
    <w:rsid w:val="00B17BF6"/>
    <w:rsid w:val="00B47730"/>
    <w:rsid w:val="00CB0664"/>
    <w:rsid w:val="00D57890"/>
    <w:rsid w:val="00DF2432"/>
    <w:rsid w:val="00E627C2"/>
    <w:rsid w:val="00F26072"/>
    <w:rsid w:val="00FA3FF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11AE5F"/>
  <w14:defaultImageDpi w14:val="300"/>
  <w15:docId w15:val="{145FADDF-8DB3-41CA-9E01-1BA9FA26E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Palatino Linotype" w:hAnsi="Palatino Linotype"/>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DPI31text">
    <w:name w:val="MDPI_3.1_text"/>
    <w:qFormat/>
    <w:rsid w:val="005857C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qFormat/>
    <w:rsid w:val="005857CE"/>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5857C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5857CE"/>
    <w:pPr>
      <w:adjustRightInd w:val="0"/>
      <w:snapToGrid w:val="0"/>
      <w:spacing w:after="0" w:line="228" w:lineRule="auto"/>
      <w:ind w:left="2608"/>
      <w:jc w:val="both"/>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5857CE"/>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5857CE"/>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22heading2">
    <w:name w:val="MDPI_2.2_heading2"/>
    <w:qFormat/>
    <w:rsid w:val="005857CE"/>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character" w:styleId="LineNumber">
    <w:name w:val="line number"/>
    <w:basedOn w:val="DefaultParagraphFont"/>
    <w:uiPriority w:val="99"/>
    <w:semiHidden/>
    <w:unhideWhenUsed/>
    <w:rsid w:val="005857CE"/>
  </w:style>
  <w:style w:type="character" w:styleId="Hyperlink">
    <w:name w:val="Hyperlink"/>
    <w:uiPriority w:val="99"/>
    <w:rsid w:val="005857CE"/>
    <w:rPr>
      <w:color w:val="0000FF"/>
      <w:u w:val="single"/>
    </w:rPr>
  </w:style>
  <w:style w:type="paragraph" w:customStyle="1" w:styleId="MDPI62BackMatter">
    <w:name w:val="MDPI_6.2_BackMatter"/>
    <w:qFormat/>
    <w:rsid w:val="005857C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styleId="NormalWeb">
    <w:name w:val="Normal (Web)"/>
    <w:basedOn w:val="Normal"/>
    <w:uiPriority w:val="99"/>
    <w:semiHidden/>
    <w:unhideWhenUsed/>
    <w:rsid w:val="00676676"/>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827634">
      <w:bodyDiv w:val="1"/>
      <w:marLeft w:val="0"/>
      <w:marRight w:val="0"/>
      <w:marTop w:val="0"/>
      <w:marBottom w:val="0"/>
      <w:divBdr>
        <w:top w:val="none" w:sz="0" w:space="0" w:color="auto"/>
        <w:left w:val="none" w:sz="0" w:space="0" w:color="auto"/>
        <w:bottom w:val="none" w:sz="0" w:space="0" w:color="auto"/>
        <w:right w:val="none" w:sz="0" w:space="0" w:color="auto"/>
      </w:divBdr>
    </w:div>
    <w:div w:id="1869219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g.mdpi.org/data/contributor-role-instruction.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Marko Antonijevic</cp:lastModifiedBy>
  <cp:revision>17</cp:revision>
  <dcterms:created xsi:type="dcterms:W3CDTF">2013-12-23T23:15:00Z</dcterms:created>
  <dcterms:modified xsi:type="dcterms:W3CDTF">2024-10-04T21:55:00Z</dcterms:modified>
  <cp:category/>
</cp:coreProperties>
</file>